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323F3" w14:textId="77777777" w:rsidR="00DF3363" w:rsidRDefault="00DF3363" w:rsidP="00DF3363">
      <w:pPr>
        <w:spacing w:after="0" w:line="240" w:lineRule="auto"/>
        <w:jc w:val="center"/>
        <w:rPr>
          <w:b/>
          <w:bCs/>
          <w:color w:val="7030A0"/>
          <w:sz w:val="28"/>
          <w:szCs w:val="28"/>
        </w:rPr>
      </w:pPr>
      <w:bookmarkStart w:id="0" w:name="_Hlk56168996"/>
      <w:r>
        <w:rPr>
          <w:b/>
          <w:noProof/>
          <w:sz w:val="24"/>
          <w:szCs w:val="24"/>
        </w:rPr>
        <w:drawing>
          <wp:anchor distT="0" distB="0" distL="0" distR="0" simplePos="0" relativeHeight="251665920" behindDoc="0" locked="0" layoutInCell="1" allowOverlap="1" wp14:anchorId="29D97E0D" wp14:editId="308EA544">
            <wp:simplePos x="0" y="0"/>
            <wp:positionH relativeFrom="page">
              <wp:posOffset>472440</wp:posOffset>
            </wp:positionH>
            <wp:positionV relativeFrom="paragraph">
              <wp:posOffset>-430530</wp:posOffset>
            </wp:positionV>
            <wp:extent cx="652145" cy="494879"/>
            <wp:effectExtent l="19050" t="0" r="14605" b="1720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2145" cy="49487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1" allowOverlap="1" wp14:anchorId="34D8CC1E" wp14:editId="1E02B54C">
                <wp:simplePos x="0" y="0"/>
                <wp:positionH relativeFrom="margin">
                  <wp:posOffset>34290</wp:posOffset>
                </wp:positionH>
                <wp:positionV relativeFrom="paragraph">
                  <wp:posOffset>-396240</wp:posOffset>
                </wp:positionV>
                <wp:extent cx="5753100" cy="377190"/>
                <wp:effectExtent l="57150" t="57150" r="57150" b="60960"/>
                <wp:wrapNone/>
                <wp:docPr id="162"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377190"/>
                        </a:xfrm>
                        <a:prstGeom prst="rect">
                          <a:avLst/>
                        </a:prstGeom>
                        <a:solidFill>
                          <a:srgbClr val="7030A0"/>
                        </a:solidFill>
                        <a:ln w="12700" cap="flat" cmpd="sng" algn="ctr">
                          <a:noFill/>
                          <a:prstDash val="solid"/>
                          <a:miter lim="800000"/>
                        </a:ln>
                        <a:effectLst/>
                        <a:scene3d>
                          <a:camera prst="orthographicFront"/>
                          <a:lightRig rig="threePt" dir="t"/>
                        </a:scene3d>
                        <a:sp3d contourW="12700">
                          <a:contourClr>
                            <a:srgbClr val="7030A0"/>
                          </a:contourClr>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D470BF" id="Rectangle 162" o:spid="_x0000_s1026" style="position:absolute;margin-left:2.7pt;margin-top:-31.2pt;width:453pt;height:29.7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" fillcolor="#7030a0" stroked="f" strokeweight="1pt">
                <w10:wrap anchorx="margin"/>
              </v:rect>
            </w:pict>
          </mc:Fallback>
        </mc:AlternateContent>
      </w:r>
      <w:r w:rsidRPr="00CD0BA6">
        <w:rPr>
          <w:b/>
          <w:bCs/>
          <w:color w:val="7030A0"/>
          <w:sz w:val="28"/>
          <w:szCs w:val="28"/>
        </w:rPr>
        <w:t>JEWEL HUMAN SERVICES, INC</w:t>
      </w:r>
      <w:bookmarkEnd w:id="0"/>
    </w:p>
    <w:p w14:paraId="6DBAEA47" w14:textId="691FDDF6" w:rsidR="008052AA" w:rsidRPr="00DF3363" w:rsidRDefault="00522FF1" w:rsidP="00DF3363">
      <w:pPr>
        <w:spacing w:after="0" w:line="240" w:lineRule="auto"/>
        <w:jc w:val="center"/>
        <w:rPr>
          <w:b/>
          <w:sz w:val="28"/>
          <w:szCs w:val="28"/>
        </w:rPr>
      </w:pPr>
      <w:r w:rsidRPr="00DF3363">
        <w:rPr>
          <w:sz w:val="28"/>
          <w:szCs w:val="28"/>
        </w:rPr>
        <w:t>Consent for Services and Authorization for Release of Information</w:t>
      </w:r>
    </w:p>
    <w:p w14:paraId="30252556" w14:textId="77777777" w:rsidR="00DF3363" w:rsidRPr="00DF3363" w:rsidRDefault="00DF3363">
      <w:pPr>
        <w:rPr>
          <w:sz w:val="24"/>
          <w:szCs w:val="24"/>
        </w:rPr>
      </w:pPr>
    </w:p>
    <w:p w14:paraId="36BA8747" w14:textId="506ED954" w:rsidR="008052AA" w:rsidRPr="00DF3363" w:rsidRDefault="00522FF1">
      <w:pPr>
        <w:rPr>
          <w:sz w:val="24"/>
          <w:szCs w:val="24"/>
        </w:rPr>
      </w:pPr>
      <w:r w:rsidRPr="00DF3363">
        <w:rPr>
          <w:sz w:val="24"/>
          <w:szCs w:val="24"/>
        </w:rPr>
        <w:t>Individual Name: ____________________________</w:t>
      </w:r>
      <w:r w:rsidR="00DF3363" w:rsidRPr="00DF3363">
        <w:rPr>
          <w:sz w:val="24"/>
          <w:szCs w:val="24"/>
        </w:rPr>
        <w:t>____________________________</w:t>
      </w:r>
    </w:p>
    <w:p w14:paraId="2CE46E69" w14:textId="3B12CEF2" w:rsidR="008052AA" w:rsidRPr="00DF3363" w:rsidRDefault="00522FF1">
      <w:pPr>
        <w:rPr>
          <w:sz w:val="24"/>
          <w:szCs w:val="24"/>
        </w:rPr>
      </w:pPr>
      <w:r w:rsidRPr="00DF3363">
        <w:rPr>
          <w:sz w:val="24"/>
          <w:szCs w:val="24"/>
        </w:rPr>
        <w:t>Program(s</w:t>
      </w:r>
      <w:r w:rsidR="00DF3363" w:rsidRPr="00DF3363">
        <w:rPr>
          <w:sz w:val="24"/>
          <w:szCs w:val="24"/>
        </w:rPr>
        <w:t xml:space="preserve">): </w:t>
      </w:r>
      <w:r w:rsidRPr="00DF3363">
        <w:rPr>
          <w:sz w:val="24"/>
          <w:szCs w:val="24"/>
        </w:rPr>
        <w:t>_________________________________ Date: ______________</w:t>
      </w:r>
    </w:p>
    <w:p w14:paraId="526C6DC9" w14:textId="77777777" w:rsidR="008052AA" w:rsidRPr="00DF3363" w:rsidRDefault="00522FF1">
      <w:pPr>
        <w:pStyle w:val="Heading3"/>
        <w:rPr>
          <w:color w:val="auto"/>
          <w:sz w:val="24"/>
          <w:szCs w:val="24"/>
        </w:rPr>
      </w:pPr>
      <w:r w:rsidRPr="00DF3363">
        <w:rPr>
          <w:color w:val="auto"/>
          <w:sz w:val="24"/>
          <w:szCs w:val="24"/>
        </w:rPr>
        <w:t>Authorization</w:t>
      </w:r>
    </w:p>
    <w:p w14:paraId="24BCA857" w14:textId="57765F9D" w:rsidR="008052AA" w:rsidRPr="00DF3363" w:rsidRDefault="00DF3363">
      <w:pPr>
        <w:rPr>
          <w:sz w:val="24"/>
          <w:szCs w:val="24"/>
        </w:rPr>
      </w:pPr>
      <w:r>
        <w:rPr>
          <w:sz w:val="24"/>
          <w:szCs w:val="24"/>
        </w:rPr>
        <w:t>I authorize Jewel Human Services, Inc. (JHS) to obtain, use, and exchange my confidential health and service information as needed to determine eligibility, coordinate care, develop service plans, and provide services.</w:t>
      </w:r>
    </w:p>
    <w:p w14:paraId="7492CFCB" w14:textId="77777777" w:rsidR="008052AA" w:rsidRPr="00DF3363" w:rsidRDefault="00522FF1">
      <w:pPr>
        <w:pStyle w:val="Heading3"/>
        <w:rPr>
          <w:color w:val="auto"/>
          <w:sz w:val="24"/>
          <w:szCs w:val="24"/>
        </w:rPr>
      </w:pPr>
      <w:r w:rsidRPr="00DF3363">
        <w:rPr>
          <w:color w:val="auto"/>
          <w:sz w:val="24"/>
          <w:szCs w:val="24"/>
        </w:rPr>
        <w:t>Information Covered</w:t>
      </w:r>
    </w:p>
    <w:p w14:paraId="3F3A95CF" w14:textId="25236C01" w:rsidR="008052AA" w:rsidRPr="00D11CB9" w:rsidRDefault="00D11CB9">
      <w:pPr>
        <w:rPr>
          <w:rFonts w:asciiTheme="majorHAnsi" w:hAnsiTheme="majorHAnsi" w:cstheme="majorHAnsi"/>
          <w:sz w:val="24"/>
          <w:szCs w:val="24"/>
        </w:rPr>
      </w:pPr>
      <w:r w:rsidRPr="00D11CB9">
        <w:rPr>
          <w:rFonts w:asciiTheme="majorHAnsi" w:hAnsiTheme="majorHAnsi" w:cstheme="majorHAnsi"/>
          <w:sz w:val="24"/>
          <w:szCs w:val="24"/>
          <w:shd w:val="clear" w:color="auto" w:fill="FFFFFF"/>
        </w:rPr>
        <w:t>Records and information relating to my medical, psychological, psychiatric, behavioral, educational, and therapy services, including records maintained by or obtained from hospitals, healthcare providers, care managers, OPWDD, Medicaid, and other agencies or organizations involved in my care. Psychotherapy notes are excluded unless separately authorized in writing</w:t>
      </w:r>
    </w:p>
    <w:p w14:paraId="4591F1CD" w14:textId="77777777" w:rsidR="008052AA" w:rsidRPr="00DF3363" w:rsidRDefault="00522FF1">
      <w:pPr>
        <w:pStyle w:val="Heading3"/>
        <w:rPr>
          <w:sz w:val="24"/>
          <w:szCs w:val="24"/>
        </w:rPr>
      </w:pPr>
      <w:r w:rsidRPr="00DF3363">
        <w:rPr>
          <w:color w:val="auto"/>
          <w:sz w:val="24"/>
          <w:szCs w:val="24"/>
        </w:rPr>
        <w:t>Information May Be Requested From</w:t>
      </w:r>
    </w:p>
    <w:p w14:paraId="0AF629E1" w14:textId="77777777" w:rsidR="008052AA" w:rsidRPr="00DF3363" w:rsidRDefault="00522FF1">
      <w:pPr>
        <w:rPr>
          <w:sz w:val="24"/>
          <w:szCs w:val="24"/>
        </w:rPr>
      </w:pPr>
      <w:r w:rsidRPr="00DF3363">
        <w:rPr>
          <w:sz w:val="24"/>
          <w:szCs w:val="24"/>
        </w:rPr>
        <w:t>Healthcare providers, hospitals, schools, therapists, OPWDD, Care Management Organizations, government agencies, and other providers involved in my care.</w:t>
      </w:r>
    </w:p>
    <w:p w14:paraId="20B15F80" w14:textId="77777777" w:rsidR="008052AA" w:rsidRPr="00DF3363" w:rsidRDefault="00522FF1">
      <w:pPr>
        <w:pStyle w:val="Heading3"/>
        <w:rPr>
          <w:color w:val="auto"/>
          <w:sz w:val="24"/>
          <w:szCs w:val="24"/>
        </w:rPr>
      </w:pPr>
      <w:r w:rsidRPr="00DF3363">
        <w:rPr>
          <w:color w:val="auto"/>
          <w:sz w:val="24"/>
          <w:szCs w:val="24"/>
        </w:rPr>
        <w:t>Your Rights</w:t>
      </w:r>
    </w:p>
    <w:p w14:paraId="4FA98545" w14:textId="5978F054" w:rsidR="008052AA" w:rsidRPr="00DF3363" w:rsidRDefault="00D126E4">
      <w:pPr>
        <w:rPr>
          <w:sz w:val="24"/>
          <w:szCs w:val="24"/>
        </w:rPr>
      </w:pPr>
      <w:r>
        <w:rPr>
          <w:sz w:val="24"/>
          <w:szCs w:val="24"/>
        </w:rPr>
        <w:t>• This authorization is voluntary.</w:t>
      </w:r>
      <w:r>
        <w:rPr>
          <w:sz w:val="24"/>
          <w:szCs w:val="24"/>
        </w:rPr>
        <w:br/>
        <w:t>• I may revoke it at any time in writing; revocation does not affect actions already taken.</w:t>
      </w:r>
      <w:r>
        <w:rPr>
          <w:sz w:val="24"/>
          <w:szCs w:val="24"/>
        </w:rPr>
        <w:br/>
        <w:t xml:space="preserve">• </w:t>
      </w:r>
      <w:r w:rsidR="00D11CB9">
        <w:rPr>
          <w:sz w:val="24"/>
          <w:szCs w:val="24"/>
        </w:rPr>
        <w:t>Remains in effect u</w:t>
      </w:r>
      <w:r>
        <w:rPr>
          <w:sz w:val="24"/>
          <w:szCs w:val="24"/>
        </w:rPr>
        <w:t xml:space="preserve">ntil the individual is discharged from Jewel Human Services. </w:t>
      </w:r>
    </w:p>
    <w:p w14:paraId="356A84C1" w14:textId="77777777" w:rsidR="008052AA" w:rsidRPr="00DF3363" w:rsidRDefault="00522FF1">
      <w:pPr>
        <w:pStyle w:val="Heading3"/>
        <w:rPr>
          <w:color w:val="auto"/>
          <w:sz w:val="24"/>
          <w:szCs w:val="24"/>
        </w:rPr>
      </w:pPr>
      <w:r w:rsidRPr="00DF3363">
        <w:rPr>
          <w:color w:val="auto"/>
          <w:sz w:val="24"/>
          <w:szCs w:val="24"/>
        </w:rPr>
        <w:t>Signatures</w:t>
      </w:r>
    </w:p>
    <w:tbl>
      <w:tblPr>
        <w:tblStyle w:val="TableGrid"/>
        <w:tblW w:w="0" w:type="auto"/>
        <w:tblLook w:val="04A0" w:firstRow="1" w:lastRow="0" w:firstColumn="1" w:lastColumn="0" w:noHBand="0" w:noVBand="1"/>
      </w:tblPr>
      <w:tblGrid>
        <w:gridCol w:w="5591"/>
        <w:gridCol w:w="3039"/>
      </w:tblGrid>
      <w:tr w:rsidR="008052AA" w:rsidRPr="00DF3363" w14:paraId="064AECD7" w14:textId="77777777" w:rsidTr="00DF3363">
        <w:trPr>
          <w:trHeight w:val="58"/>
        </w:trPr>
        <w:tc>
          <w:tcPr>
            <w:tcW w:w="5598" w:type="dxa"/>
          </w:tcPr>
          <w:p w14:paraId="5273AE0A" w14:textId="54061DC7" w:rsidR="00D126E4" w:rsidRPr="00DF3363" w:rsidRDefault="00522FF1" w:rsidP="00D126E4">
            <w:pPr>
              <w:tabs>
                <w:tab w:val="left" w:pos="4008"/>
              </w:tabs>
              <w:rPr>
                <w:sz w:val="24"/>
                <w:szCs w:val="24"/>
              </w:rPr>
            </w:pPr>
            <w:r w:rsidRPr="00DF3363">
              <w:rPr>
                <w:sz w:val="24"/>
                <w:szCs w:val="24"/>
              </w:rPr>
              <w:t>Individual Signature</w:t>
            </w:r>
            <w:r w:rsidR="00D126E4">
              <w:rPr>
                <w:sz w:val="24"/>
                <w:szCs w:val="24"/>
              </w:rPr>
              <w:tab/>
            </w:r>
          </w:p>
        </w:tc>
        <w:tc>
          <w:tcPr>
            <w:tcW w:w="3042" w:type="dxa"/>
          </w:tcPr>
          <w:p w14:paraId="3AE88BE0" w14:textId="77777777" w:rsidR="008052AA" w:rsidRPr="00DF3363" w:rsidRDefault="00522FF1">
            <w:pPr>
              <w:rPr>
                <w:sz w:val="24"/>
                <w:szCs w:val="24"/>
              </w:rPr>
            </w:pPr>
            <w:r w:rsidRPr="00DF3363">
              <w:rPr>
                <w:sz w:val="24"/>
                <w:szCs w:val="24"/>
              </w:rPr>
              <w:t>Date</w:t>
            </w:r>
          </w:p>
        </w:tc>
      </w:tr>
      <w:tr w:rsidR="008052AA" w:rsidRPr="00DF3363" w14:paraId="0F62BDC6" w14:textId="77777777" w:rsidTr="00DF3363">
        <w:tc>
          <w:tcPr>
            <w:tcW w:w="5598" w:type="dxa"/>
          </w:tcPr>
          <w:p w14:paraId="036CAD21" w14:textId="77777777" w:rsidR="008052AA" w:rsidRPr="00DF3363" w:rsidRDefault="00522FF1">
            <w:pPr>
              <w:rPr>
                <w:sz w:val="24"/>
                <w:szCs w:val="24"/>
              </w:rPr>
            </w:pPr>
            <w:r w:rsidRPr="00DF3363">
              <w:rPr>
                <w:sz w:val="24"/>
                <w:szCs w:val="24"/>
              </w:rPr>
              <w:t>Printed Name</w:t>
            </w:r>
          </w:p>
        </w:tc>
        <w:tc>
          <w:tcPr>
            <w:tcW w:w="3042" w:type="dxa"/>
          </w:tcPr>
          <w:p w14:paraId="7B3A873A" w14:textId="77777777" w:rsidR="008052AA" w:rsidRPr="00DF3363" w:rsidRDefault="008052AA">
            <w:pPr>
              <w:rPr>
                <w:sz w:val="24"/>
                <w:szCs w:val="24"/>
              </w:rPr>
            </w:pPr>
          </w:p>
        </w:tc>
      </w:tr>
      <w:tr w:rsidR="008052AA" w:rsidRPr="00DF3363" w14:paraId="6C2046E9" w14:textId="77777777" w:rsidTr="00DF3363">
        <w:tc>
          <w:tcPr>
            <w:tcW w:w="5598" w:type="dxa"/>
          </w:tcPr>
          <w:p w14:paraId="5A171897" w14:textId="77777777" w:rsidR="008052AA" w:rsidRPr="00DF3363" w:rsidRDefault="00522FF1">
            <w:pPr>
              <w:rPr>
                <w:sz w:val="24"/>
                <w:szCs w:val="24"/>
              </w:rPr>
            </w:pPr>
            <w:r w:rsidRPr="00DF3363">
              <w:rPr>
                <w:sz w:val="24"/>
                <w:szCs w:val="24"/>
              </w:rPr>
              <w:t>Parent/Legal Guardian (if applicable)</w:t>
            </w:r>
          </w:p>
        </w:tc>
        <w:tc>
          <w:tcPr>
            <w:tcW w:w="3042" w:type="dxa"/>
          </w:tcPr>
          <w:p w14:paraId="43173385" w14:textId="77777777" w:rsidR="008052AA" w:rsidRPr="00DF3363" w:rsidRDefault="00522FF1">
            <w:pPr>
              <w:rPr>
                <w:sz w:val="24"/>
                <w:szCs w:val="24"/>
              </w:rPr>
            </w:pPr>
            <w:r w:rsidRPr="00DF3363">
              <w:rPr>
                <w:sz w:val="24"/>
                <w:szCs w:val="24"/>
              </w:rPr>
              <w:t>Relationship</w:t>
            </w:r>
          </w:p>
        </w:tc>
      </w:tr>
      <w:tr w:rsidR="008052AA" w:rsidRPr="00DF3363" w14:paraId="63D39113" w14:textId="77777777" w:rsidTr="00DF3363">
        <w:tc>
          <w:tcPr>
            <w:tcW w:w="5598" w:type="dxa"/>
          </w:tcPr>
          <w:p w14:paraId="2D4D516E" w14:textId="77777777" w:rsidR="008052AA" w:rsidRPr="00DF3363" w:rsidRDefault="00522FF1">
            <w:pPr>
              <w:rPr>
                <w:sz w:val="24"/>
                <w:szCs w:val="24"/>
              </w:rPr>
            </w:pPr>
            <w:r w:rsidRPr="00DF3363">
              <w:rPr>
                <w:sz w:val="24"/>
                <w:szCs w:val="24"/>
              </w:rPr>
              <w:t>Guardian Signature</w:t>
            </w:r>
          </w:p>
        </w:tc>
        <w:tc>
          <w:tcPr>
            <w:tcW w:w="3042" w:type="dxa"/>
          </w:tcPr>
          <w:p w14:paraId="0A39BB50" w14:textId="77777777" w:rsidR="008052AA" w:rsidRPr="00DF3363" w:rsidRDefault="00522FF1">
            <w:pPr>
              <w:rPr>
                <w:sz w:val="24"/>
                <w:szCs w:val="24"/>
              </w:rPr>
            </w:pPr>
            <w:r w:rsidRPr="00DF3363">
              <w:rPr>
                <w:sz w:val="24"/>
                <w:szCs w:val="24"/>
              </w:rPr>
              <w:t>Date</w:t>
            </w:r>
          </w:p>
        </w:tc>
      </w:tr>
      <w:tr w:rsidR="008052AA" w:rsidRPr="00DF3363" w14:paraId="1828B22A" w14:textId="77777777" w:rsidTr="00DF3363">
        <w:tc>
          <w:tcPr>
            <w:tcW w:w="5598" w:type="dxa"/>
          </w:tcPr>
          <w:p w14:paraId="46717BC4" w14:textId="77777777" w:rsidR="008052AA" w:rsidRPr="00DF3363" w:rsidRDefault="00522FF1">
            <w:pPr>
              <w:rPr>
                <w:sz w:val="24"/>
                <w:szCs w:val="24"/>
              </w:rPr>
            </w:pPr>
            <w:r w:rsidRPr="00DF3363">
              <w:rPr>
                <w:sz w:val="24"/>
                <w:szCs w:val="24"/>
              </w:rPr>
              <w:t>JHS Representative</w:t>
            </w:r>
          </w:p>
        </w:tc>
        <w:tc>
          <w:tcPr>
            <w:tcW w:w="3042" w:type="dxa"/>
          </w:tcPr>
          <w:p w14:paraId="0AA5DD55" w14:textId="77777777" w:rsidR="008052AA" w:rsidRPr="00DF3363" w:rsidRDefault="00522FF1">
            <w:pPr>
              <w:rPr>
                <w:sz w:val="24"/>
                <w:szCs w:val="24"/>
              </w:rPr>
            </w:pPr>
            <w:r w:rsidRPr="00DF3363">
              <w:rPr>
                <w:sz w:val="24"/>
                <w:szCs w:val="24"/>
              </w:rPr>
              <w:t>Date</w:t>
            </w:r>
          </w:p>
        </w:tc>
      </w:tr>
    </w:tbl>
    <w:p w14:paraId="6C47B625" w14:textId="77777777" w:rsidR="00522FF1" w:rsidRDefault="00522FF1"/>
    <w:sectPr w:rsidR="00522FF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0467172">
    <w:abstractNumId w:val="8"/>
  </w:num>
  <w:num w:numId="2" w16cid:durableId="11613108">
    <w:abstractNumId w:val="6"/>
  </w:num>
  <w:num w:numId="3" w16cid:durableId="707990759">
    <w:abstractNumId w:val="5"/>
  </w:num>
  <w:num w:numId="4" w16cid:durableId="1754662835">
    <w:abstractNumId w:val="4"/>
  </w:num>
  <w:num w:numId="5" w16cid:durableId="76829182">
    <w:abstractNumId w:val="7"/>
  </w:num>
  <w:num w:numId="6" w16cid:durableId="38943896">
    <w:abstractNumId w:val="3"/>
  </w:num>
  <w:num w:numId="7" w16cid:durableId="474105019">
    <w:abstractNumId w:val="2"/>
  </w:num>
  <w:num w:numId="8" w16cid:durableId="1845240682">
    <w:abstractNumId w:val="1"/>
  </w:num>
  <w:num w:numId="9" w16cid:durableId="477839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090A"/>
    <w:rsid w:val="004B25DB"/>
    <w:rsid w:val="00522FF1"/>
    <w:rsid w:val="008052AA"/>
    <w:rsid w:val="00907809"/>
    <w:rsid w:val="00AA1D8D"/>
    <w:rsid w:val="00B47730"/>
    <w:rsid w:val="00CB0664"/>
    <w:rsid w:val="00D11CB9"/>
    <w:rsid w:val="00D126E4"/>
    <w:rsid w:val="00DF33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BA75A1"/>
  <w14:defaultImageDpi w14:val="330"/>
  <w15:docId w15:val="{EED4747A-6857-48B1-8826-B74378F8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1220</Characters>
  <Application>Microsoft Office Word</Application>
  <DocSecurity>4</DocSecurity>
  <Lines>110</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Hyacinth McPherson, MPA</dc:creator>
  <cp:keywords/>
  <dc:description>generated by python-docx</dc:description>
  <cp:lastModifiedBy>Cynthia McPherson</cp:lastModifiedBy>
  <cp:revision>2</cp:revision>
  <cp:lastPrinted>2026-09-09T18:05:00Z</cp:lastPrinted>
  <dcterms:created xsi:type="dcterms:W3CDTF">2026-09-09T19:11:00Z</dcterms:created>
  <dcterms:modified xsi:type="dcterms:W3CDTF">2026-09-09T19:11:00Z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2417a85c-fb60-4c06-9c58-8923eff1b6a1</vt:lpwstr>
  </property>
</Properties>
</file>